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Podmienky používania Aktuality24</w:t>
      </w:r>
    </w:p>
    <w:p>
      <w:r>
        <w:t>Všeobecné podmienky čitateľského účtu a diskusií</w:t>
        <w:br/>
        <w:t>Verzia a účinnosť: 4. októbra 2026</w:t>
        <w:br/>
        <w:t>https://aktuality24.sk/podmienky-pouzivania/</w:t>
      </w:r>
    </w:p>
    <w:p>
      <w:pPr>
        <w:pStyle w:val="Heading1"/>
      </w:pPr>
      <w:r>
        <w:t>1. Portál a prevádzkovateľ</w:t>
      </w:r>
    </w:p>
    <w:p>
      <w:r>
        <w:t>Tieto všeobecné podmienky upravujú bezplatný čitateľský účet a používanie diskusií na https://aktuality24.sk. Prevádzkovateľom je PIPERIT s.r.o., IČO 44239548. Kontakt pre účty, podnety a sťažnosti: redakcia@aktuality24.sk.</w:t>
      </w:r>
    </w:p>
    <w:p>
      <w:r>
        <w:t>Bežné čítanie správ nevyžaduje účet. Registrácia nevytvára platené predplatné. Prípadná budúca platená služba vyžaduje samostatné informácie a objednávku; tieto podmienky samy nezakladajú povinnosť platiť.</w:t>
      </w:r>
    </w:p>
    <w:p>
      <w:pPr>
        <w:pStyle w:val="Heading1"/>
      </w:pPr>
      <w:r>
        <w:t>2. Registrácia a prijatie podmienok</w:t>
      </w:r>
    </w:p>
    <w:p>
      <w:r>
        <w:t>Pred vytvorením účtu čitateľ uvedie meno alebo prezývku a platný e-mail, samostatne potvrdí oboznámenie s ochranou osobných údajov a výslovne prijme tieto podmienky nezaškrtnutým povinným políčkom. Bez týchto potvrdení sa účet nevytvorí. Odber noviniek je dobrovoľný a nie je podmienkou účtu.</w:t>
      </w:r>
    </w:p>
    <w:p>
      <w:r>
        <w:t>Po registrácii odošleme odkaz na nastavenie hesla na uvedený e-mail. Účet sa poskytuje bezplatne na dobu neurčitú. Pri registrácii evidujeme čas prijatia, verziu a odtlačok znenia podmienok. Táto verzia je dostupná aj ako dokument na stiahnutie.</w:t>
      </w:r>
    </w:p>
    <w:p>
      <w:r>
        <w:t>Čitateľ smie konať len v rozsahu svojej právnej spôsobilosti; ak potrebuje súhlas alebo zastúpenie zákonného zástupcu, musí ho zabezpečiť. Nesmie sa vydávať za inú osobu ani registrovať e-mail, ktorý nemá oprávnenie používať.</w:t>
      </w:r>
    </w:p>
    <w:p>
      <w:pPr>
        <w:pStyle w:val="Heading1"/>
      </w:pPr>
      <w:r>
        <w:t>3. Bezpečné používanie účtu</w:t>
      </w:r>
    </w:p>
    <w:p>
      <w:r>
        <w:t>Čitateľ chráni svoje heslo a prístup k e-mailu, nepoužíva cudzie účty a nesprístupňuje účet na obchádzanie obmedzení. Podozrenie na zneužitie oznámi redakcii. Zabudnuté heslo možno obnoviť cez prihlasovaciu stránku.</w:t>
      </w:r>
    </w:p>
    <w:p>
      <w:r>
        <w:t>Je zakázané narúšať prevádzku, obchádzať zabezpečenie, automaticky vytvárať účty, rozosielať spam alebo získavať osobné údaje ostatných používateľov bez oprávnenia.</w:t>
      </w:r>
    </w:p>
    <w:p>
      <w:pPr>
        <w:pStyle w:val="Heading1"/>
      </w:pPr>
      <w:r>
        <w:t>4. Slušnosť a pravidlá diskusie</w:t>
      </w:r>
    </w:p>
    <w:p>
      <w:r>
        <w:t>Diskutujte vecne a s rešpektom. Kritika, nesúhlas a odlišný názor sú prípustné; osobné útoky, ponižovanie a obťažovanie nie sú. Obsah má súvisieť s témou článku.</w:t>
      </w:r>
    </w:p>
    <w:p>
      <w:r>
        <w:t>Zakázané sú najmä vyhrážky, podnecovanie násilia alebo nenávisti, diskriminačné útoky, hrubé urážky, opakované provokácie a obťažovanie; nezákonný obsah, podvody, spam a neoprávnená reklama; zverejnenie cudzích súkromných údajov bez oprávnenia; porušovanie autorských práv a vydávanie sa za inú osobu.</w:t>
      </w:r>
    </w:p>
    <w:p>
      <w:r>
        <w:t>Čitateľ zodpovedá za vlastné príspevky a musí mať právo ich zverejniť. Redakcia nie je povinná zverejniť každý komentár. Samotný kritický názor, ktorý neporušuje zákon ani pravidlá, nie je dôvodom na postih.</w:t>
      </w:r>
    </w:p>
    <w:p>
      <w:pPr>
        <w:pStyle w:val="Heading1"/>
      </w:pPr>
      <w:r>
        <w:t>5. Moderovanie a preskúmanie zásahu</w:t>
      </w:r>
    </w:p>
    <w:p>
      <w:r>
        <w:t>Komentáre môžu podliehať schváleniu a technickému antispamovému filtru. Redakcia môže obsah porušujúci zákon alebo pravidlá nezverejniť, odstrániť alebo obmedziť. Zásah má byť primeraný závažnosti, opakovaniu a okolnostiam porušenia, s rešpektovaním slobody prejavu a práv ostatných.</w:t>
      </w:r>
    </w:p>
    <w:p>
      <w:r>
        <w:t>Pri závažnom alebo opakovanom porušení môže prevádzkovateľ účet dočasne pozastaviť alebo ukončiť bez predchádzajúcej výpovednej lehoty. Naliehavý bezpečnostný zásah môže vykonať ihneď. Pri obmedzení založenom na nezákonnom obsahu alebo porušení týchto pravidiel poskytne dotknutému čitateľovi dôvod a informáciu o dostupnej náprave v rozsahu vyžadovanom právnymi predpismi.</w:t>
      </w:r>
    </w:p>
    <w:p>
      <w:r>
        <w:t>Nezákonný obsah nahláste na redakcia@aktuality24.sk s presnou URL, opisom a vysvetlením dôvodu. Na rovnakom kontakte možno požiadať o preskúmanie moderovania alebo obmedzenia účtu. Podnet posúdi redakcia individuálne; zákonné možnosti nápravy a obrátenia sa na súd tým nie sú dotknuté.</w:t>
      </w:r>
    </w:p>
    <w:p>
      <w:pPr>
        <w:pStyle w:val="Heading1"/>
      </w:pPr>
      <w:r>
        <w:t>6. Zrušenie účtu</w:t>
      </w:r>
    </w:p>
    <w:p>
      <w:r>
        <w:t>Čitateľ môže kedykoľvek bezplatne požiadať o ukončenie účtu na redakcia@aktuality24.sk. Na ochranu účtu môžeme primerane overiť jeho totožnosť. Ukončenie čitateľského účtu samo osebe neruší samostatný odber noviniek; ten možno zrušiť cez odkaz v e-maile alebo správu odberu na webe.</w:t>
      </w:r>
    </w:p>
    <w:p>
      <w:r>
        <w:t>Prevádzkovateľ môže bežný bezplatný účet ukončiť aj bez uvedenia dôvodu s oznámením na e-mail účtu najmenej 30 dní vopred. Rovnaké právo ukončenia má čitateľ bez výpovednej lehoty. Táto možnosť nesmie obchádzať zákonné povinnosti odôvodniť obmedzenie, diskriminovať čitateľa ani postihovať uplatnenie jeho práv. Pre závažné porušenia platí predchádzajúci článok.</w:t>
      </w:r>
    </w:p>
    <w:p>
      <w:r>
        <w:t>Po ukončení sa zruší prístup k účtu. Osobné údaje sa vymažú alebo obmedzia podľa pravidiel ochrany údajov a zákonných povinností. Zrušenie účtu neznamená automatické odstránenie všetkých už zverejnených komentárov; o ich posúdenie alebo odstránenie osobných údajov možno požiadať osobitne.</w:t>
      </w:r>
    </w:p>
    <w:p>
      <w:pPr>
        <w:pStyle w:val="Heading1"/>
      </w:pPr>
      <w:r>
        <w:t>7. Obsah portálu a dostupnosť</w:t>
      </w:r>
    </w:p>
    <w:p>
      <w:r>
        <w:t>Texty, fotografie, logo a ďalší obsah sú chránené právami ich autorov alebo oprávnených osôb. Používanie je možné v rozsahu zákonných výnimiek alebo udeleného oprávnenia. Vložením vlastného komentára čitateľ poskytuje nevýhradné bezodplatné oprávnenie na jeho uloženie a zobrazenie v príslušnej diskusii počas jej trvania; vlastníctvo jeho práv sa neprevádza.</w:t>
      </w:r>
    </w:p>
    <w:p>
      <w:r>
        <w:t>Portál môže byť dočasne nedostupný pre údržbu alebo poruchu. Redakcia môže opravovať a aktualizovať obsah. Externé odkazy, videá a horoskopy poskytujú tretie strany podľa vlastných pravidiel. Žiadne ustanovenie nevylučuje zodpovednosť alebo práva, ktoré podľa zákona nemožno vylúčiť.</w:t>
      </w:r>
    </w:p>
    <w:p>
      <w:pPr>
        <w:pStyle w:val="Heading1"/>
      </w:pPr>
      <w:r>
        <w:t>8. Osobné údaje a novinky</w:t>
      </w:r>
    </w:p>
    <w:p>
      <w:r>
        <w:t>Spracúvanie údajov vysvetľuje samostatná Ochrana osobných údajov na https://aktuality24.sk/ochrana-osobnych-udajov/. Povinné potvrdenie pri registrácii je oboznámením s informáciami, nie všeobecným súhlasom so všetkým spracúvaním. Údaje potrebné na účet sa spracúvajú najmä na plnenie požadovanej služby.</w:t>
      </w:r>
    </w:p>
    <w:p>
      <w:r>
        <w:t>Súhlas s e-mailovými novinkami a s voliteľnými cookies je oddelený a možno ho odvolať bez zrušenia účtu. Správa a zrušenie odberu: https://aktuality24.sk/odber-noviniek/?sprava=1. Voľbu cookies možno zmeniť v pätičke webu.</w:t>
      </w:r>
    </w:p>
    <w:p>
      <w:pPr>
        <w:pStyle w:val="Heading1"/>
      </w:pPr>
      <w:r>
        <w:t>9. Zmeny podmienok</w:t>
      </w:r>
    </w:p>
    <w:p>
      <w:r>
        <w:t>Prevádzkovateľ môže podmienky zmeniť z dôvodu zmeny právnych predpisov, bezpečnostných požiadaviek, technických funkcií služby alebo pravidiel potrebných na ochranu používateľov a riadne fungovanie diskusií. Zmena musí byť primeraná svojmu dôvodu a nesmie spätne odobrať vzniknuté práva.</w:t>
      </w:r>
    </w:p>
    <w:p>
      <w:r>
        <w:t>O podstatnej zmene informuje registrovaných čitateľov e-mailom najmenej 30 dní pred účinnosťou, s uvedením nového znenia, dátumu účinnosti a práva bezplatne ukončiť účet pred týmto dátumom. Ak naliehavá zákonná alebo bezpečnostná povinnosť vyžaduje kratšiu lehotu, oznámi aj jej dôvod. Ak zákon alebo povaha zmeny vyžaduje nové výslovné prijatie, vyžiada ho; samotné mlčanie nenahrádza potrebný súhlas.</w:t>
      </w:r>
    </w:p>
    <w:p>
      <w:r>
        <w:t>Aktuálna verzia a dátum sú uvedené na tejto stránke. Predchádzajúce znenie prijaté čitateľom možno vyžiadať u redakcie.</w:t>
      </w:r>
    </w:p>
    <w:p>
      <w:pPr>
        <w:pStyle w:val="Heading1"/>
      </w:pPr>
      <w:r>
        <w:t>10. Kontakt a záverečné ustanovenia</w:t>
      </w:r>
    </w:p>
    <w:p>
      <w:r>
        <w:t>Otázky, sťažnosti, žiadosti o zrušenie účtu a preskúmanie zásahu zasielajte na redakcia@aktuality24.sk. Tieto podmienky sa spravujú právom Slovenskej republiky; povinná ochrana spotrebiteľa podľa uplatniteľného práva zostáva zachovaná. Neobmedzujú prístup k súdu, zákonné práva spotrebiteľa ani práva podľa GDPR.</w:t>
      </w:r>
    </w:p>
    <w:p>
      <w:r>
        <w:t>Ak je niektoré ustanovenie neplatné alebo nevykonateľné, ostatné ustanovenia platia v zákonnom rozsahu. Podmienky účinné od 4. októbra 2026 sa prijímajú pri novej registrácii; existujúcim účtom sa spätné prijatie neeviduje.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Podmienky používania Aktuality24</dc:title>
  <dc:subject/>
  <dc:creator>Aktuality24.sk</dc:creator>
  <cp:keywords/>
  <dc:description>generated by python-docx</dc:description>
  <cp:lastModifiedBy/>
  <cp:revision>1</cp:revision>
  <dcterms:created xsi:type="dcterms:W3CDTF">2013-12-23T23:15:00Z</dcterms:created>
  <dcterms:modified xsi:type="dcterms:W3CDTF">2013-12-23T23:15:00Z</dcterms:modified>
  <cp:category/>
</cp:coreProperties>
</file>